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MAPCON Submission Correction Guide (For Word Manuscripts)</w:t>
      </w:r>
    </w:p>
    <w:p>
      <w:pPr>
        <w:pStyle w:val="Heading2"/>
      </w:pPr>
      <w:r>
        <w:t>Step 1: Adjust Page Layout and Margins</w:t>
      </w:r>
    </w:p>
    <w:p>
      <w:r>
        <w:t>Possible Error: Margins not compliant with IEEE MAPCON specifications (top/bottom/left/right spacing errors).</w:t>
      </w:r>
    </w:p>
    <w:p>
      <w:pPr>
        <w:pStyle w:val="ListNumber"/>
      </w:pPr>
      <w:r>
        <w:t>Click anywhere inside the manuscript text.</w:t>
      </w:r>
    </w:p>
    <w:p>
      <w:pPr>
        <w:pStyle w:val="ListNumber"/>
      </w:pPr>
      <w:r>
        <w:t>Go to Layout → Margins → Custom Margins.</w:t>
      </w:r>
    </w:p>
    <w:p>
      <w:pPr>
        <w:pStyle w:val="ListNumber"/>
      </w:pPr>
      <w:r>
        <w:t>Set the following values: Top: 1.95 cm, Bottom: 2.68 cm, Left: 1.65 cm, Right: 1.65 cm.</w:t>
      </w:r>
    </w:p>
    <w:p>
      <w:pPr>
        <w:pStyle w:val="ListNumber"/>
      </w:pPr>
      <w:r>
        <w:t>Apply to Whole Document.</w:t>
      </w:r>
    </w:p>
    <w:p>
      <w:pPr>
        <w:pStyle w:val="ListNumber"/>
      </w:pPr>
      <w:r>
        <w:t>Verify that text and figures are properly aligned within the printable area on every page.</w:t>
      </w:r>
    </w:p>
    <w:p>
      <w:pPr>
        <w:pStyle w:val="ListNumber"/>
      </w:pPr>
      <w:r>
        <w:t>Ensure that the first and last line of each page are properly aligned (no large blank spaces).</w:t>
      </w:r>
    </w:p>
    <w:p>
      <w:pPr>
        <w:pStyle w:val="Heading2"/>
      </w:pPr>
      <w:r>
        <w:t>Step 2: Ensure Two-Column Format</w:t>
      </w:r>
    </w:p>
    <w:p>
      <w:r>
        <w:t>Possible Error: Manuscript submitted in single-column or uneven column widths.</w:t>
      </w:r>
    </w:p>
    <w:p>
      <w:pPr>
        <w:pStyle w:val="ListNumber"/>
      </w:pPr>
      <w:r>
        <w:t>Go to Layout → Columns → Two.</w:t>
      </w:r>
    </w:p>
    <w:p>
      <w:pPr>
        <w:pStyle w:val="ListNumber"/>
      </w:pPr>
      <w:r>
        <w:t>Check that both columns have equal width and equal spacing (default spacing = 0.51 cm).</w:t>
      </w:r>
    </w:p>
    <w:p>
      <w:pPr>
        <w:pStyle w:val="ListNumber"/>
      </w:pPr>
      <w:r>
        <w:t>If figures or tables extend across both columns, ensure they are centered and follow IEEE style.</w:t>
      </w:r>
    </w:p>
    <w:p>
      <w:pPr>
        <w:pStyle w:val="ListNumber"/>
      </w:pPr>
      <w:r>
        <w:t>Avoid manual column breaks unless required to balance text near the end of the paper.</w:t>
      </w:r>
    </w:p>
    <w:p>
      <w:pPr>
        <w:pStyle w:val="Heading2"/>
      </w:pPr>
      <w:r>
        <w:t>Step 3: Font and Text Formatting</w:t>
      </w:r>
    </w:p>
    <w:p>
      <w:r>
        <w:t>Possible Error: Wrong font type or inconsistent sizes.</w:t>
      </w:r>
    </w:p>
    <w:p>
      <w:pPr>
        <w:pStyle w:val="ListNumber"/>
      </w:pPr>
      <w:r>
        <w:t>Ensure the main body uses Times New Roman, 10 pt.</w:t>
      </w:r>
    </w:p>
    <w:p>
      <w:pPr>
        <w:pStyle w:val="ListNumber"/>
      </w:pPr>
      <w:r>
        <w:t>Title: 24 pt bold, centered.</w:t>
      </w:r>
    </w:p>
    <w:p>
      <w:pPr>
        <w:pStyle w:val="ListNumber"/>
      </w:pPr>
      <w:r>
        <w:t>Authors: 10 pt, centered.</w:t>
      </w:r>
    </w:p>
    <w:p>
      <w:pPr>
        <w:pStyle w:val="ListNumber"/>
      </w:pPr>
      <w:r>
        <w:t>Abstract and Index Terms: 9 pt italic.</w:t>
      </w:r>
    </w:p>
    <w:p>
      <w:pPr>
        <w:pStyle w:val="ListNumber"/>
      </w:pPr>
      <w:r>
        <w:t>Section Headings: 10 pt bold, all caps (e.g., I. INTRODUCTION).</w:t>
      </w:r>
    </w:p>
    <w:p>
      <w:pPr>
        <w:pStyle w:val="ListNumber"/>
      </w:pPr>
      <w:r>
        <w:t>Subsection Headings: 10 pt italic, title case.</w:t>
      </w:r>
    </w:p>
    <w:p>
      <w:pPr>
        <w:pStyle w:val="ListNumber"/>
      </w:pPr>
      <w:r>
        <w:t>Ensure no text is colored or highlighted (all black).</w:t>
      </w:r>
    </w:p>
    <w:p>
      <w:pPr>
        <w:pStyle w:val="Heading2"/>
      </w:pPr>
      <w:r>
        <w:t>Step 4: Line Spacing and Paragraph Alignment</w:t>
      </w:r>
    </w:p>
    <w:p>
      <w:r>
        <w:t>Possible Error: Incorrect spacing before or after paragraphs, inconsistent line height.</w:t>
      </w:r>
    </w:p>
    <w:p>
      <w:pPr>
        <w:pStyle w:val="ListNumber"/>
      </w:pPr>
      <w:r>
        <w:t>Select all text (Ctrl + A).</w:t>
      </w:r>
    </w:p>
    <w:p>
      <w:pPr>
        <w:pStyle w:val="ListNumber"/>
      </w:pPr>
      <w:r>
        <w:t>Go to Home → Paragraph → Line and Paragraph Spacing → Line Spacing Options.</w:t>
      </w:r>
    </w:p>
    <w:p>
      <w:pPr>
        <w:pStyle w:val="ListNumber"/>
      </w:pPr>
      <w:r>
        <w:t>Under Spacing: Before = 0 pt, After = 0 pt, Line Spacing = Single or Multiple (0.95–1.0) for tight alignment.</w:t>
      </w:r>
    </w:p>
    <w:p>
      <w:pPr>
        <w:pStyle w:val="ListNumber"/>
      </w:pPr>
      <w:r>
        <w:t>Justify all text (Ctrl + J).</w:t>
      </w:r>
    </w:p>
    <w:p>
      <w:pPr>
        <w:pStyle w:val="Heading2"/>
      </w:pPr>
      <w:r>
        <w:t>Step 5: Figures and Tables Formatting</w:t>
      </w:r>
    </w:p>
    <w:p>
      <w:r>
        <w:t>Possible Error: Figures not centered, captions in incorrect font or size.</w:t>
      </w:r>
    </w:p>
    <w:p>
      <w:pPr>
        <w:pStyle w:val="ListNumber"/>
      </w:pPr>
      <w:r>
        <w:t>Center all figures and tables horizontally.</w:t>
      </w:r>
    </w:p>
    <w:p>
      <w:pPr>
        <w:pStyle w:val="ListNumber"/>
      </w:pPr>
      <w:r>
        <w:t>Ensure all figure captions are in 9 pt, placed below the figure.</w:t>
      </w:r>
    </w:p>
    <w:p>
      <w:pPr>
        <w:pStyle w:val="ListNumber"/>
      </w:pPr>
      <w:r>
        <w:t>Table captions should be above the table in 9 pt.</w:t>
      </w:r>
    </w:p>
    <w:p>
      <w:pPr>
        <w:pStyle w:val="ListNumber"/>
      </w:pPr>
      <w:r>
        <w:t>Maintain sufficient white space between text and figures/tables.</w:t>
      </w:r>
    </w:p>
    <w:p>
      <w:pPr>
        <w:pStyle w:val="ListNumber"/>
      </w:pPr>
      <w:r>
        <w:t>Ensure figure resolution ≥ 300 dpi.</w:t>
      </w:r>
    </w:p>
    <w:p>
      <w:pPr>
        <w:pStyle w:val="ListNumber"/>
      </w:pPr>
      <w:r>
        <w:t>Avoid stretching or distorting figures.</w:t>
      </w:r>
    </w:p>
    <w:p>
      <w:pPr>
        <w:pStyle w:val="Heading2"/>
      </w:pPr>
      <w:r>
        <w:t>Step 6: References Formatting</w:t>
      </w:r>
    </w:p>
    <w:p>
      <w:r>
        <w:t>Possible Error: Incorrect citation style or spacing in the References section.</w:t>
      </w:r>
    </w:p>
    <w:p>
      <w:pPr>
        <w:pStyle w:val="ListNumber"/>
      </w:pPr>
      <w:r>
        <w:t>Use IEEE citation style — numbered in square brackets [1].</w:t>
      </w:r>
    </w:p>
    <w:p>
      <w:pPr>
        <w:pStyle w:val="ListNumber"/>
      </w:pPr>
      <w:r>
        <w:t>References should be in 9 pt, single-spaced, and justified.</w:t>
      </w:r>
    </w:p>
    <w:p>
      <w:pPr>
        <w:pStyle w:val="ListNumber"/>
      </w:pPr>
      <w:r>
        <w:t>Go to Paragraph settings: Spacing Before = 0 pt, After = 0 pt, Line Spacing = Multiple (0.9).</w:t>
      </w:r>
    </w:p>
    <w:p>
      <w:pPr>
        <w:pStyle w:val="ListNumber"/>
      </w:pPr>
      <w:r>
        <w:t>Ensure proper punctuation and order (authors → title → source → year).</w:t>
      </w:r>
    </w:p>
    <w:p>
      <w:pPr>
        <w:pStyle w:val="ListNumber"/>
      </w:pPr>
      <w:r>
        <w:t>Do not insert line breaks manually between references.</w:t>
      </w:r>
    </w:p>
    <w:p>
      <w:pPr>
        <w:pStyle w:val="Heading2"/>
      </w:pPr>
      <w:r>
        <w:t>Step 7: Page Numbers and Headers</w:t>
      </w:r>
    </w:p>
    <w:p>
      <w:r>
        <w:t>Possible Error: Page numbers or headers included.</w:t>
      </w:r>
    </w:p>
    <w:p>
      <w:pPr>
        <w:pStyle w:val="ListNumber"/>
      </w:pPr>
      <w:r>
        <w:t>Go to Insert → Header/Footer → Remove Header/Footer.</w:t>
      </w:r>
    </w:p>
    <w:p>
      <w:pPr>
        <w:pStyle w:val="ListNumber"/>
      </w:pPr>
      <w:r>
        <w:t>Ensure no page numbers appear anywhere in the document.</w:t>
      </w:r>
    </w:p>
    <w:p>
      <w:pPr>
        <w:pStyle w:val="ListNumber"/>
      </w:pPr>
      <w:r>
        <w:t>The conference will add official headers and footers later.</w:t>
      </w:r>
    </w:p>
    <w:p>
      <w:pPr>
        <w:pStyle w:val="Heading2"/>
      </w:pPr>
      <w:r>
        <w:t>Step 8: File Name and Format</w:t>
      </w:r>
    </w:p>
    <w:p>
      <w:r>
        <w:t>Possible Error: File name not in required format or wrong file type.</w:t>
      </w:r>
    </w:p>
    <w:p>
      <w:pPr>
        <w:pStyle w:val="ListNumber"/>
      </w:pPr>
      <w:r>
        <w:t>Save the file as .DOCX (not .RTF or .PDF for initial submission).</w:t>
      </w:r>
    </w:p>
    <w:p>
      <w:pPr>
        <w:pStyle w:val="ListNumber"/>
      </w:pPr>
      <w:r>
        <w:t>Use the naming format: PaperID_FirstAuthorLastName.docx (e.g., MAPCON2025_Somanath.docx).</w:t>
      </w:r>
    </w:p>
    <w:p>
      <w:pPr>
        <w:pStyle w:val="ListNumber"/>
      </w:pPr>
      <w:r>
        <w:t>Before uploading, re-open the file to verify that no elements have shifted.</w:t>
      </w:r>
    </w:p>
    <w:p>
      <w:pPr>
        <w:pStyle w:val="Heading2"/>
      </w:pPr>
      <w:r>
        <w:t>Step 9: Final PDF Generation</w:t>
      </w:r>
    </w:p>
    <w:p>
      <w:r>
        <w:t>Possible Error: PDF conversion causes font embedding or layout errors.</w:t>
      </w:r>
    </w:p>
    <w:p>
      <w:pPr>
        <w:pStyle w:val="ListNumber"/>
      </w:pPr>
      <w:r>
        <w:t>Use Save As → PDF (not “Print to PDF”).</w:t>
      </w:r>
    </w:p>
    <w:p>
      <w:pPr>
        <w:pStyle w:val="ListNumber"/>
      </w:pPr>
      <w:r>
        <w:t>Click Options → Check ISO 19005-1 compliant (PDF/A).</w:t>
      </w:r>
    </w:p>
    <w:p>
      <w:pPr>
        <w:pStyle w:val="ListNumber"/>
      </w:pPr>
      <w:r>
        <w:t>Reopen the generated PDF and verify: All fonts are embedded, no text shifted, figures appear sharp.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